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E252A" w14:textId="06102D5A" w:rsidR="00510981" w:rsidRPr="000F255B" w:rsidRDefault="000F255B" w:rsidP="000F255B">
      <w:pPr>
        <w:pStyle w:val="Ttulo1"/>
        <w:jc w:val="center"/>
        <w:rPr>
          <w:color w:val="auto"/>
        </w:rPr>
      </w:pPr>
      <w:r w:rsidRPr="000F255B">
        <w:rPr>
          <w:color w:val="auto"/>
        </w:rPr>
        <w:t>SERVIDORES, AGENTES POLÍTICOS E TERCEIRIZADOS DA CÂMARA DE VEREADORES 202</w:t>
      </w:r>
      <w:r>
        <w:rPr>
          <w:color w:val="auto"/>
        </w:rPr>
        <w:t>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40"/>
        <w:gridCol w:w="2070"/>
        <w:gridCol w:w="1560"/>
        <w:gridCol w:w="2268"/>
        <w:gridCol w:w="1559"/>
        <w:gridCol w:w="1701"/>
      </w:tblGrid>
      <w:tr w:rsidR="00510981" w14:paraId="3811CC03" w14:textId="77777777" w:rsidTr="000F255B">
        <w:tc>
          <w:tcPr>
            <w:tcW w:w="1440" w:type="dxa"/>
          </w:tcPr>
          <w:p w14:paraId="4AB49D71" w14:textId="77777777" w:rsidR="00510981" w:rsidRDefault="000F255B">
            <w:r>
              <w:t>Nome</w:t>
            </w:r>
          </w:p>
        </w:tc>
        <w:tc>
          <w:tcPr>
            <w:tcW w:w="2070" w:type="dxa"/>
          </w:tcPr>
          <w:p w14:paraId="0E08C215" w14:textId="77777777" w:rsidR="00510981" w:rsidRDefault="000F255B">
            <w:r>
              <w:t>Cargo</w:t>
            </w:r>
          </w:p>
        </w:tc>
        <w:tc>
          <w:tcPr>
            <w:tcW w:w="1560" w:type="dxa"/>
          </w:tcPr>
          <w:p w14:paraId="010A64CB" w14:textId="77777777" w:rsidR="00510981" w:rsidRDefault="000F255B">
            <w:proofErr w:type="spellStart"/>
            <w:r>
              <w:t>Lotação</w:t>
            </w:r>
            <w:proofErr w:type="spellEnd"/>
          </w:p>
        </w:tc>
        <w:tc>
          <w:tcPr>
            <w:tcW w:w="2268" w:type="dxa"/>
          </w:tcPr>
          <w:p w14:paraId="06C965F7" w14:textId="77777777" w:rsidR="00510981" w:rsidRDefault="000F255B">
            <w:proofErr w:type="spellStart"/>
            <w:r>
              <w:t>Admissão</w:t>
            </w:r>
            <w:proofErr w:type="spellEnd"/>
          </w:p>
        </w:tc>
        <w:tc>
          <w:tcPr>
            <w:tcW w:w="1559" w:type="dxa"/>
          </w:tcPr>
          <w:p w14:paraId="77595A45" w14:textId="77777777" w:rsidR="00510981" w:rsidRDefault="000F255B">
            <w:proofErr w:type="spellStart"/>
            <w:r>
              <w:t>Inativação</w:t>
            </w:r>
            <w:proofErr w:type="spellEnd"/>
          </w:p>
        </w:tc>
        <w:tc>
          <w:tcPr>
            <w:tcW w:w="1701" w:type="dxa"/>
          </w:tcPr>
          <w:p w14:paraId="39E8EE7C" w14:textId="77777777" w:rsidR="00510981" w:rsidRDefault="000F255B">
            <w:r>
              <w:t xml:space="preserve">Carga </w:t>
            </w:r>
            <w:proofErr w:type="spellStart"/>
            <w:r>
              <w:t>Horária</w:t>
            </w:r>
            <w:proofErr w:type="spellEnd"/>
            <w:r>
              <w:t xml:space="preserve"> </w:t>
            </w:r>
            <w:proofErr w:type="spellStart"/>
            <w:r>
              <w:t>Semanal</w:t>
            </w:r>
            <w:proofErr w:type="spellEnd"/>
          </w:p>
        </w:tc>
      </w:tr>
      <w:tr w:rsidR="00510981" w14:paraId="5B7C2872" w14:textId="77777777" w:rsidTr="000F255B">
        <w:tc>
          <w:tcPr>
            <w:tcW w:w="1440" w:type="dxa"/>
          </w:tcPr>
          <w:p w14:paraId="1DCC5513" w14:textId="77777777" w:rsidR="00510981" w:rsidRDefault="000F255B">
            <w:proofErr w:type="spellStart"/>
            <w:r>
              <w:t>Amenófis</w:t>
            </w:r>
            <w:proofErr w:type="spellEnd"/>
            <w:r>
              <w:t xml:space="preserve"> </w:t>
            </w:r>
            <w:proofErr w:type="spellStart"/>
            <w:r>
              <w:t>Stacke</w:t>
            </w:r>
            <w:proofErr w:type="spellEnd"/>
          </w:p>
        </w:tc>
        <w:tc>
          <w:tcPr>
            <w:tcW w:w="2070" w:type="dxa"/>
          </w:tcPr>
          <w:p w14:paraId="42E88667" w14:textId="27448E5E" w:rsidR="00510981" w:rsidRDefault="000F255B">
            <w:proofErr w:type="spellStart"/>
            <w:r>
              <w:t>Vereador</w:t>
            </w:r>
            <w:proofErr w:type="spellEnd"/>
            <w:r>
              <w:t xml:space="preserve"> - PRESIDENTE</w:t>
            </w:r>
          </w:p>
        </w:tc>
        <w:tc>
          <w:tcPr>
            <w:tcW w:w="1560" w:type="dxa"/>
          </w:tcPr>
          <w:p w14:paraId="6D7908B6" w14:textId="77777777" w:rsidR="00510981" w:rsidRDefault="00510981"/>
        </w:tc>
        <w:tc>
          <w:tcPr>
            <w:tcW w:w="2268" w:type="dxa"/>
          </w:tcPr>
          <w:p w14:paraId="57503284" w14:textId="77777777" w:rsidR="00510981" w:rsidRDefault="000F255B">
            <w:r>
              <w:t>01/01/2025</w:t>
            </w:r>
          </w:p>
        </w:tc>
        <w:tc>
          <w:tcPr>
            <w:tcW w:w="1559" w:type="dxa"/>
          </w:tcPr>
          <w:p w14:paraId="3AAECA4B" w14:textId="77777777" w:rsidR="00510981" w:rsidRDefault="000F255B">
            <w:r>
              <w:t>-</w:t>
            </w:r>
          </w:p>
        </w:tc>
        <w:tc>
          <w:tcPr>
            <w:tcW w:w="1701" w:type="dxa"/>
          </w:tcPr>
          <w:p w14:paraId="5E937F01" w14:textId="77777777" w:rsidR="00510981" w:rsidRDefault="000F255B">
            <w:r>
              <w:t>-</w:t>
            </w:r>
          </w:p>
        </w:tc>
      </w:tr>
      <w:tr w:rsidR="00510981" w14:paraId="0C8EAF0E" w14:textId="77777777" w:rsidTr="000F255B">
        <w:tc>
          <w:tcPr>
            <w:tcW w:w="1440" w:type="dxa"/>
          </w:tcPr>
          <w:p w14:paraId="45288A82" w14:textId="77777777" w:rsidR="00510981" w:rsidRDefault="000F255B">
            <w:r>
              <w:t>Flávio C. Bruch</w:t>
            </w:r>
          </w:p>
        </w:tc>
        <w:tc>
          <w:tcPr>
            <w:tcW w:w="2070" w:type="dxa"/>
          </w:tcPr>
          <w:p w14:paraId="3F56890C" w14:textId="77777777" w:rsidR="00510981" w:rsidRDefault="000F255B">
            <w:proofErr w:type="spellStart"/>
            <w:r>
              <w:t>Vereadora</w:t>
            </w:r>
            <w:proofErr w:type="spellEnd"/>
          </w:p>
        </w:tc>
        <w:tc>
          <w:tcPr>
            <w:tcW w:w="1560" w:type="dxa"/>
          </w:tcPr>
          <w:p w14:paraId="75D479CE" w14:textId="77777777" w:rsidR="00510981" w:rsidRDefault="00510981"/>
        </w:tc>
        <w:tc>
          <w:tcPr>
            <w:tcW w:w="2268" w:type="dxa"/>
          </w:tcPr>
          <w:p w14:paraId="7351DBFA" w14:textId="77777777" w:rsidR="00510981" w:rsidRDefault="000F255B">
            <w:r>
              <w:t>01/01/2025</w:t>
            </w:r>
          </w:p>
        </w:tc>
        <w:tc>
          <w:tcPr>
            <w:tcW w:w="1559" w:type="dxa"/>
          </w:tcPr>
          <w:p w14:paraId="267107AC" w14:textId="77777777" w:rsidR="00510981" w:rsidRDefault="000F255B">
            <w:r>
              <w:t>-</w:t>
            </w:r>
          </w:p>
        </w:tc>
        <w:tc>
          <w:tcPr>
            <w:tcW w:w="1701" w:type="dxa"/>
          </w:tcPr>
          <w:p w14:paraId="59402314" w14:textId="77777777" w:rsidR="00510981" w:rsidRDefault="000F255B">
            <w:r>
              <w:t>-</w:t>
            </w:r>
          </w:p>
        </w:tc>
      </w:tr>
      <w:tr w:rsidR="00510981" w14:paraId="58E44DDC" w14:textId="77777777" w:rsidTr="000F255B">
        <w:tc>
          <w:tcPr>
            <w:tcW w:w="1440" w:type="dxa"/>
          </w:tcPr>
          <w:p w14:paraId="58DE5811" w14:textId="77777777" w:rsidR="00510981" w:rsidRDefault="000F255B">
            <w:r>
              <w:t>Júlio C.K. Cardoso</w:t>
            </w:r>
          </w:p>
        </w:tc>
        <w:tc>
          <w:tcPr>
            <w:tcW w:w="2070" w:type="dxa"/>
          </w:tcPr>
          <w:p w14:paraId="64E575EA" w14:textId="1344B25B" w:rsidR="00510981" w:rsidRDefault="000F255B">
            <w:proofErr w:type="spellStart"/>
            <w:r>
              <w:t>Vereador</w:t>
            </w:r>
            <w:proofErr w:type="spellEnd"/>
            <w:r>
              <w:br/>
              <w:t>SECRETÁRIO</w:t>
            </w:r>
          </w:p>
        </w:tc>
        <w:tc>
          <w:tcPr>
            <w:tcW w:w="1560" w:type="dxa"/>
          </w:tcPr>
          <w:p w14:paraId="51E987DF" w14:textId="77777777" w:rsidR="00510981" w:rsidRDefault="00510981"/>
        </w:tc>
        <w:tc>
          <w:tcPr>
            <w:tcW w:w="2268" w:type="dxa"/>
          </w:tcPr>
          <w:p w14:paraId="070E4524" w14:textId="77777777" w:rsidR="00510981" w:rsidRDefault="000F255B">
            <w:r>
              <w:t>01/01/2025</w:t>
            </w:r>
          </w:p>
        </w:tc>
        <w:tc>
          <w:tcPr>
            <w:tcW w:w="1559" w:type="dxa"/>
          </w:tcPr>
          <w:p w14:paraId="497F225C" w14:textId="77777777" w:rsidR="00510981" w:rsidRDefault="000F255B">
            <w:r>
              <w:t>-</w:t>
            </w:r>
          </w:p>
        </w:tc>
        <w:tc>
          <w:tcPr>
            <w:tcW w:w="1701" w:type="dxa"/>
          </w:tcPr>
          <w:p w14:paraId="2D560AAD" w14:textId="77777777" w:rsidR="00510981" w:rsidRDefault="000F255B">
            <w:r>
              <w:t>-</w:t>
            </w:r>
          </w:p>
        </w:tc>
      </w:tr>
      <w:tr w:rsidR="00510981" w14:paraId="1F55AB44" w14:textId="77777777" w:rsidTr="000F255B">
        <w:tc>
          <w:tcPr>
            <w:tcW w:w="1440" w:type="dxa"/>
          </w:tcPr>
          <w:p w14:paraId="498BE7E8" w14:textId="77777777" w:rsidR="00510981" w:rsidRDefault="000F255B">
            <w:r>
              <w:t>Lorival P. Fleck</w:t>
            </w:r>
          </w:p>
        </w:tc>
        <w:tc>
          <w:tcPr>
            <w:tcW w:w="2070" w:type="dxa"/>
          </w:tcPr>
          <w:p w14:paraId="174C9A35" w14:textId="77777777" w:rsidR="00510981" w:rsidRDefault="000F255B">
            <w:proofErr w:type="spellStart"/>
            <w:r>
              <w:t>Vereador</w:t>
            </w:r>
            <w:proofErr w:type="spellEnd"/>
          </w:p>
        </w:tc>
        <w:tc>
          <w:tcPr>
            <w:tcW w:w="1560" w:type="dxa"/>
          </w:tcPr>
          <w:p w14:paraId="70C49E72" w14:textId="77777777" w:rsidR="00510981" w:rsidRDefault="00510981"/>
        </w:tc>
        <w:tc>
          <w:tcPr>
            <w:tcW w:w="2268" w:type="dxa"/>
          </w:tcPr>
          <w:p w14:paraId="41FF6849" w14:textId="77777777" w:rsidR="00510981" w:rsidRDefault="000F255B">
            <w:r>
              <w:t>01/01/2025</w:t>
            </w:r>
          </w:p>
        </w:tc>
        <w:tc>
          <w:tcPr>
            <w:tcW w:w="1559" w:type="dxa"/>
          </w:tcPr>
          <w:p w14:paraId="7E508F82" w14:textId="77777777" w:rsidR="00510981" w:rsidRDefault="000F255B">
            <w:r>
              <w:t>-</w:t>
            </w:r>
          </w:p>
        </w:tc>
        <w:tc>
          <w:tcPr>
            <w:tcW w:w="1701" w:type="dxa"/>
          </w:tcPr>
          <w:p w14:paraId="739E6A01" w14:textId="77777777" w:rsidR="00510981" w:rsidRDefault="000F255B">
            <w:r>
              <w:t>-</w:t>
            </w:r>
          </w:p>
        </w:tc>
      </w:tr>
      <w:tr w:rsidR="00510981" w14:paraId="65C4D1AF" w14:textId="77777777" w:rsidTr="000F255B">
        <w:tc>
          <w:tcPr>
            <w:tcW w:w="1440" w:type="dxa"/>
          </w:tcPr>
          <w:p w14:paraId="34980FC5" w14:textId="77777777" w:rsidR="00510981" w:rsidRDefault="000F255B">
            <w:r>
              <w:t>Marcelo L. Stoll</w:t>
            </w:r>
          </w:p>
        </w:tc>
        <w:tc>
          <w:tcPr>
            <w:tcW w:w="2070" w:type="dxa"/>
          </w:tcPr>
          <w:p w14:paraId="48A1B7A8" w14:textId="0C168012" w:rsidR="00510981" w:rsidRDefault="000F255B">
            <w:proofErr w:type="spellStart"/>
            <w:r>
              <w:t>Vereador</w:t>
            </w:r>
            <w:proofErr w:type="spellEnd"/>
            <w:r>
              <w:t xml:space="preserve"> </w:t>
            </w:r>
          </w:p>
        </w:tc>
        <w:tc>
          <w:tcPr>
            <w:tcW w:w="1560" w:type="dxa"/>
          </w:tcPr>
          <w:p w14:paraId="7F0F7F9E" w14:textId="77777777" w:rsidR="00510981" w:rsidRDefault="00510981"/>
        </w:tc>
        <w:tc>
          <w:tcPr>
            <w:tcW w:w="2268" w:type="dxa"/>
          </w:tcPr>
          <w:p w14:paraId="109FDD91" w14:textId="77777777" w:rsidR="00510981" w:rsidRDefault="000F255B">
            <w:r>
              <w:t>01/01/2025</w:t>
            </w:r>
          </w:p>
        </w:tc>
        <w:tc>
          <w:tcPr>
            <w:tcW w:w="1559" w:type="dxa"/>
          </w:tcPr>
          <w:p w14:paraId="6003BF3E" w14:textId="77777777" w:rsidR="00510981" w:rsidRDefault="000F255B">
            <w:r>
              <w:t>-</w:t>
            </w:r>
          </w:p>
        </w:tc>
        <w:tc>
          <w:tcPr>
            <w:tcW w:w="1701" w:type="dxa"/>
          </w:tcPr>
          <w:p w14:paraId="0ACC96E0" w14:textId="77777777" w:rsidR="00510981" w:rsidRDefault="000F255B">
            <w:r>
              <w:t>-</w:t>
            </w:r>
          </w:p>
        </w:tc>
      </w:tr>
      <w:tr w:rsidR="00510981" w14:paraId="56EDCE78" w14:textId="77777777" w:rsidTr="000F255B">
        <w:tc>
          <w:tcPr>
            <w:tcW w:w="1440" w:type="dxa"/>
          </w:tcPr>
          <w:p w14:paraId="4AAD1D43" w14:textId="77777777" w:rsidR="00510981" w:rsidRDefault="000F255B">
            <w:r>
              <w:t>Rodrigo Wommer</w:t>
            </w:r>
          </w:p>
        </w:tc>
        <w:tc>
          <w:tcPr>
            <w:tcW w:w="2070" w:type="dxa"/>
          </w:tcPr>
          <w:p w14:paraId="6E486263" w14:textId="563BF6CC" w:rsidR="00510981" w:rsidRDefault="000F255B">
            <w:proofErr w:type="spellStart"/>
            <w:r>
              <w:t>Vereador</w:t>
            </w:r>
            <w:proofErr w:type="spellEnd"/>
            <w:r>
              <w:t xml:space="preserve"> </w:t>
            </w:r>
          </w:p>
        </w:tc>
        <w:tc>
          <w:tcPr>
            <w:tcW w:w="1560" w:type="dxa"/>
          </w:tcPr>
          <w:p w14:paraId="69F36201" w14:textId="77777777" w:rsidR="00510981" w:rsidRDefault="00510981"/>
        </w:tc>
        <w:tc>
          <w:tcPr>
            <w:tcW w:w="2268" w:type="dxa"/>
          </w:tcPr>
          <w:p w14:paraId="3903ABE3" w14:textId="77777777" w:rsidR="00510981" w:rsidRDefault="000F255B">
            <w:r>
              <w:t>01/01/2025</w:t>
            </w:r>
          </w:p>
        </w:tc>
        <w:tc>
          <w:tcPr>
            <w:tcW w:w="1559" w:type="dxa"/>
          </w:tcPr>
          <w:p w14:paraId="5CE5F00A" w14:textId="77777777" w:rsidR="00510981" w:rsidRDefault="000F255B">
            <w:r>
              <w:t>-</w:t>
            </w:r>
          </w:p>
        </w:tc>
        <w:tc>
          <w:tcPr>
            <w:tcW w:w="1701" w:type="dxa"/>
          </w:tcPr>
          <w:p w14:paraId="7C36A1E5" w14:textId="77777777" w:rsidR="00510981" w:rsidRDefault="000F255B">
            <w:r>
              <w:t>-</w:t>
            </w:r>
          </w:p>
        </w:tc>
      </w:tr>
      <w:tr w:rsidR="00510981" w14:paraId="15F4A25B" w14:textId="77777777" w:rsidTr="000F255B">
        <w:tc>
          <w:tcPr>
            <w:tcW w:w="1440" w:type="dxa"/>
          </w:tcPr>
          <w:p w14:paraId="7C16AA3B" w14:textId="77777777" w:rsidR="00510981" w:rsidRDefault="000F255B">
            <w:r>
              <w:t>Roberto Giovanella</w:t>
            </w:r>
          </w:p>
        </w:tc>
        <w:tc>
          <w:tcPr>
            <w:tcW w:w="2070" w:type="dxa"/>
          </w:tcPr>
          <w:p w14:paraId="7245C185" w14:textId="77777777" w:rsidR="00510981" w:rsidRDefault="000F255B">
            <w:proofErr w:type="spellStart"/>
            <w:r>
              <w:t>Vereador</w:t>
            </w:r>
            <w:proofErr w:type="spellEnd"/>
          </w:p>
          <w:p w14:paraId="0C8D9512" w14:textId="0DFD4DF8" w:rsidR="000F255B" w:rsidRDefault="000F255B">
            <w:r>
              <w:t>VICE-PRESIDENTE</w:t>
            </w:r>
          </w:p>
        </w:tc>
        <w:tc>
          <w:tcPr>
            <w:tcW w:w="1560" w:type="dxa"/>
          </w:tcPr>
          <w:p w14:paraId="2E9C7BED" w14:textId="77777777" w:rsidR="00510981" w:rsidRDefault="00510981"/>
        </w:tc>
        <w:tc>
          <w:tcPr>
            <w:tcW w:w="2268" w:type="dxa"/>
          </w:tcPr>
          <w:p w14:paraId="444B0944" w14:textId="77777777" w:rsidR="00510981" w:rsidRDefault="000F255B">
            <w:r>
              <w:t>01/01/2025</w:t>
            </w:r>
          </w:p>
        </w:tc>
        <w:tc>
          <w:tcPr>
            <w:tcW w:w="1559" w:type="dxa"/>
          </w:tcPr>
          <w:p w14:paraId="0DAF4B33" w14:textId="77777777" w:rsidR="00510981" w:rsidRDefault="000F255B">
            <w:r>
              <w:t>-</w:t>
            </w:r>
          </w:p>
        </w:tc>
        <w:tc>
          <w:tcPr>
            <w:tcW w:w="1701" w:type="dxa"/>
          </w:tcPr>
          <w:p w14:paraId="18E4A0AC" w14:textId="77777777" w:rsidR="00510981" w:rsidRDefault="000F255B">
            <w:r>
              <w:t>-</w:t>
            </w:r>
          </w:p>
        </w:tc>
      </w:tr>
      <w:tr w:rsidR="00510981" w14:paraId="5A5F5FF9" w14:textId="77777777" w:rsidTr="000F255B">
        <w:tc>
          <w:tcPr>
            <w:tcW w:w="1440" w:type="dxa"/>
          </w:tcPr>
          <w:p w14:paraId="6505358D" w14:textId="77777777" w:rsidR="00510981" w:rsidRDefault="000F255B">
            <w:r>
              <w:t>Rudi Heid</w:t>
            </w:r>
          </w:p>
        </w:tc>
        <w:tc>
          <w:tcPr>
            <w:tcW w:w="2070" w:type="dxa"/>
          </w:tcPr>
          <w:p w14:paraId="13E460C8" w14:textId="77777777" w:rsidR="00510981" w:rsidRDefault="000F255B">
            <w:r>
              <w:t>Vereador</w:t>
            </w:r>
          </w:p>
        </w:tc>
        <w:tc>
          <w:tcPr>
            <w:tcW w:w="1560" w:type="dxa"/>
          </w:tcPr>
          <w:p w14:paraId="3B61841E" w14:textId="77777777" w:rsidR="00510981" w:rsidRDefault="00510981"/>
        </w:tc>
        <w:tc>
          <w:tcPr>
            <w:tcW w:w="2268" w:type="dxa"/>
          </w:tcPr>
          <w:p w14:paraId="271633DD" w14:textId="77777777" w:rsidR="00510981" w:rsidRDefault="000F255B">
            <w:r>
              <w:t>01/01/2025</w:t>
            </w:r>
          </w:p>
        </w:tc>
        <w:tc>
          <w:tcPr>
            <w:tcW w:w="1559" w:type="dxa"/>
          </w:tcPr>
          <w:p w14:paraId="19D06B45" w14:textId="77777777" w:rsidR="00510981" w:rsidRDefault="000F255B">
            <w:r>
              <w:t>-</w:t>
            </w:r>
          </w:p>
        </w:tc>
        <w:tc>
          <w:tcPr>
            <w:tcW w:w="1701" w:type="dxa"/>
          </w:tcPr>
          <w:p w14:paraId="6BB00291" w14:textId="77777777" w:rsidR="00510981" w:rsidRDefault="000F255B">
            <w:r>
              <w:t>-</w:t>
            </w:r>
          </w:p>
        </w:tc>
      </w:tr>
      <w:tr w:rsidR="00510981" w14:paraId="6440BD51" w14:textId="77777777" w:rsidTr="000F255B">
        <w:tc>
          <w:tcPr>
            <w:tcW w:w="1440" w:type="dxa"/>
          </w:tcPr>
          <w:p w14:paraId="17F1B17F" w14:textId="77777777" w:rsidR="00510981" w:rsidRDefault="000F255B">
            <w:r>
              <w:t>Wilkyns A.J. Gross</w:t>
            </w:r>
          </w:p>
        </w:tc>
        <w:tc>
          <w:tcPr>
            <w:tcW w:w="2070" w:type="dxa"/>
          </w:tcPr>
          <w:p w14:paraId="2E33070A" w14:textId="77777777" w:rsidR="00510981" w:rsidRDefault="000F255B">
            <w:r>
              <w:t>Vereador</w:t>
            </w:r>
          </w:p>
        </w:tc>
        <w:tc>
          <w:tcPr>
            <w:tcW w:w="1560" w:type="dxa"/>
          </w:tcPr>
          <w:p w14:paraId="76A1E36B" w14:textId="77777777" w:rsidR="00510981" w:rsidRDefault="00510981"/>
        </w:tc>
        <w:tc>
          <w:tcPr>
            <w:tcW w:w="2268" w:type="dxa"/>
          </w:tcPr>
          <w:p w14:paraId="3B9E8971" w14:textId="77777777" w:rsidR="00510981" w:rsidRDefault="000F255B">
            <w:r>
              <w:t>01/01/2025</w:t>
            </w:r>
          </w:p>
        </w:tc>
        <w:tc>
          <w:tcPr>
            <w:tcW w:w="1559" w:type="dxa"/>
          </w:tcPr>
          <w:p w14:paraId="4C0B7A68" w14:textId="77777777" w:rsidR="00510981" w:rsidRDefault="000F255B">
            <w:r>
              <w:t>-</w:t>
            </w:r>
          </w:p>
        </w:tc>
        <w:tc>
          <w:tcPr>
            <w:tcW w:w="1701" w:type="dxa"/>
          </w:tcPr>
          <w:p w14:paraId="6F63D71F" w14:textId="77777777" w:rsidR="00510981" w:rsidRDefault="000F255B">
            <w:r>
              <w:t>-</w:t>
            </w:r>
          </w:p>
        </w:tc>
      </w:tr>
      <w:tr w:rsidR="00510981" w14:paraId="6033E555" w14:textId="77777777" w:rsidTr="000F255B">
        <w:tc>
          <w:tcPr>
            <w:tcW w:w="1440" w:type="dxa"/>
          </w:tcPr>
          <w:p w14:paraId="22ABAC69" w14:textId="77777777" w:rsidR="00510981" w:rsidRDefault="000F255B">
            <w:r>
              <w:t>Giovana V. Busch</w:t>
            </w:r>
          </w:p>
        </w:tc>
        <w:tc>
          <w:tcPr>
            <w:tcW w:w="2070" w:type="dxa"/>
          </w:tcPr>
          <w:p w14:paraId="2F0205C6" w14:textId="77777777" w:rsidR="00510981" w:rsidRDefault="000F255B">
            <w:r>
              <w:t>Assessora Legislativa</w:t>
            </w:r>
          </w:p>
        </w:tc>
        <w:tc>
          <w:tcPr>
            <w:tcW w:w="1560" w:type="dxa"/>
          </w:tcPr>
          <w:p w14:paraId="7BA4374C" w14:textId="3767BB9C" w:rsidR="00510981" w:rsidRDefault="000F255B">
            <w:r>
              <w:t>DIRETORA LEGISLATIVA</w:t>
            </w:r>
          </w:p>
        </w:tc>
        <w:tc>
          <w:tcPr>
            <w:tcW w:w="2268" w:type="dxa"/>
          </w:tcPr>
          <w:p w14:paraId="65EA4B8E" w14:textId="6529A317" w:rsidR="00510981" w:rsidRDefault="000F255B">
            <w:r>
              <w:t>19/01/2026</w:t>
            </w:r>
          </w:p>
        </w:tc>
        <w:tc>
          <w:tcPr>
            <w:tcW w:w="1559" w:type="dxa"/>
          </w:tcPr>
          <w:p w14:paraId="6861649E" w14:textId="77777777" w:rsidR="00510981" w:rsidRDefault="000F255B">
            <w:r>
              <w:t>-</w:t>
            </w:r>
          </w:p>
        </w:tc>
        <w:tc>
          <w:tcPr>
            <w:tcW w:w="1701" w:type="dxa"/>
          </w:tcPr>
          <w:p w14:paraId="7B5E0006" w14:textId="77777777" w:rsidR="00510981" w:rsidRDefault="000F255B">
            <w:r>
              <w:t>40h</w:t>
            </w:r>
          </w:p>
        </w:tc>
      </w:tr>
      <w:tr w:rsidR="00510981" w14:paraId="771656C4" w14:textId="77777777" w:rsidTr="000F255B">
        <w:tc>
          <w:tcPr>
            <w:tcW w:w="1440" w:type="dxa"/>
          </w:tcPr>
          <w:p w14:paraId="41F1D129" w14:textId="77777777" w:rsidR="00510981" w:rsidRDefault="000F255B">
            <w:r>
              <w:t>Maristela M. Neitzke</w:t>
            </w:r>
          </w:p>
        </w:tc>
        <w:tc>
          <w:tcPr>
            <w:tcW w:w="2070" w:type="dxa"/>
          </w:tcPr>
          <w:p w14:paraId="74F1DF38" w14:textId="77777777" w:rsidR="00510981" w:rsidRDefault="000F255B">
            <w:r>
              <w:t>Diretora Legislativa</w:t>
            </w:r>
          </w:p>
        </w:tc>
        <w:tc>
          <w:tcPr>
            <w:tcW w:w="1560" w:type="dxa"/>
          </w:tcPr>
          <w:p w14:paraId="7E0D5290" w14:textId="69C40BAA" w:rsidR="00510981" w:rsidRDefault="00510981"/>
        </w:tc>
        <w:tc>
          <w:tcPr>
            <w:tcW w:w="2268" w:type="dxa"/>
          </w:tcPr>
          <w:p w14:paraId="60255BD1" w14:textId="6C900257" w:rsidR="00510981" w:rsidRDefault="00510981"/>
        </w:tc>
        <w:tc>
          <w:tcPr>
            <w:tcW w:w="1559" w:type="dxa"/>
          </w:tcPr>
          <w:p w14:paraId="1440445C" w14:textId="20D97A5B" w:rsidR="00510981" w:rsidRDefault="000F255B">
            <w:r>
              <w:t>EXONERADA EM 07/01/2026</w:t>
            </w:r>
          </w:p>
        </w:tc>
        <w:tc>
          <w:tcPr>
            <w:tcW w:w="1701" w:type="dxa"/>
          </w:tcPr>
          <w:p w14:paraId="008B3253" w14:textId="6F97B897" w:rsidR="00510981" w:rsidRDefault="00510981"/>
        </w:tc>
      </w:tr>
    </w:tbl>
    <w:p w14:paraId="3EBCE051" w14:textId="77777777" w:rsidR="000F255B" w:rsidRDefault="000F255B">
      <w:pPr>
        <w:pStyle w:val="Ttulo2"/>
      </w:pPr>
    </w:p>
    <w:p w14:paraId="49BD9409" w14:textId="77777777" w:rsidR="000F255B" w:rsidRDefault="000F255B" w:rsidP="000F255B"/>
    <w:p w14:paraId="56135A5F" w14:textId="77777777" w:rsidR="000F255B" w:rsidRDefault="000F255B" w:rsidP="000F255B"/>
    <w:p w14:paraId="01D84855" w14:textId="77777777" w:rsidR="000F255B" w:rsidRDefault="000F255B" w:rsidP="000F255B"/>
    <w:p w14:paraId="107AFD8C" w14:textId="77777777" w:rsidR="000F255B" w:rsidRDefault="000F255B" w:rsidP="000F255B"/>
    <w:p w14:paraId="79B10B50" w14:textId="77777777" w:rsidR="000F255B" w:rsidRDefault="000F255B" w:rsidP="000F255B"/>
    <w:p w14:paraId="1C7B09AA" w14:textId="77777777" w:rsidR="000F255B" w:rsidRPr="000F255B" w:rsidRDefault="000F255B" w:rsidP="000F255B"/>
    <w:p w14:paraId="2AE7803B" w14:textId="77777777" w:rsidR="000F255B" w:rsidRDefault="000F255B">
      <w:pPr>
        <w:pStyle w:val="Ttulo2"/>
      </w:pPr>
    </w:p>
    <w:p w14:paraId="0FA42E26" w14:textId="77777777" w:rsidR="000F255B" w:rsidRDefault="000F255B" w:rsidP="000F255B"/>
    <w:p w14:paraId="7BA54AB2" w14:textId="77777777" w:rsidR="000F255B" w:rsidRPr="000F255B" w:rsidRDefault="000F255B" w:rsidP="000F255B"/>
    <w:p w14:paraId="2F0B9B63" w14:textId="2DD9545C" w:rsidR="00510981" w:rsidRPr="000F255B" w:rsidRDefault="000F255B">
      <w:pPr>
        <w:pStyle w:val="Ttulo2"/>
        <w:rPr>
          <w:color w:val="auto"/>
        </w:rPr>
      </w:pPr>
      <w:r w:rsidRPr="000F255B">
        <w:rPr>
          <w:color w:val="auto"/>
        </w:rPr>
        <w:lastRenderedPageBreak/>
        <w:t>TERCEIRIZADOS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95"/>
        <w:gridCol w:w="2015"/>
        <w:gridCol w:w="1560"/>
        <w:gridCol w:w="2268"/>
        <w:gridCol w:w="1559"/>
        <w:gridCol w:w="1701"/>
      </w:tblGrid>
      <w:tr w:rsidR="00510981" w14:paraId="23D85D95" w14:textId="77777777" w:rsidTr="000F255B">
        <w:tc>
          <w:tcPr>
            <w:tcW w:w="1495" w:type="dxa"/>
          </w:tcPr>
          <w:p w14:paraId="6B54DF7B" w14:textId="77777777" w:rsidR="00510981" w:rsidRDefault="000F255B">
            <w:r>
              <w:t>Nome</w:t>
            </w:r>
          </w:p>
        </w:tc>
        <w:tc>
          <w:tcPr>
            <w:tcW w:w="2015" w:type="dxa"/>
          </w:tcPr>
          <w:p w14:paraId="320E6C91" w14:textId="77777777" w:rsidR="00510981" w:rsidRDefault="000F255B">
            <w:r>
              <w:t>Cargo/Empresa</w:t>
            </w:r>
          </w:p>
        </w:tc>
        <w:tc>
          <w:tcPr>
            <w:tcW w:w="1560" w:type="dxa"/>
          </w:tcPr>
          <w:p w14:paraId="6E67CC51" w14:textId="77777777" w:rsidR="00510981" w:rsidRDefault="000F255B">
            <w:r>
              <w:t>Lotação</w:t>
            </w:r>
          </w:p>
        </w:tc>
        <w:tc>
          <w:tcPr>
            <w:tcW w:w="2268" w:type="dxa"/>
          </w:tcPr>
          <w:p w14:paraId="1F1630DF" w14:textId="77777777" w:rsidR="00510981" w:rsidRDefault="000F255B">
            <w:r>
              <w:t>Admissão</w:t>
            </w:r>
          </w:p>
        </w:tc>
        <w:tc>
          <w:tcPr>
            <w:tcW w:w="1559" w:type="dxa"/>
          </w:tcPr>
          <w:p w14:paraId="315D8ECA" w14:textId="77777777" w:rsidR="00510981" w:rsidRDefault="000F255B">
            <w:r>
              <w:t>Inativação</w:t>
            </w:r>
          </w:p>
        </w:tc>
        <w:tc>
          <w:tcPr>
            <w:tcW w:w="1701" w:type="dxa"/>
          </w:tcPr>
          <w:p w14:paraId="6D3BA290" w14:textId="77777777" w:rsidR="00510981" w:rsidRDefault="000F255B">
            <w:r>
              <w:t>Carga Horária Semanal</w:t>
            </w:r>
          </w:p>
        </w:tc>
      </w:tr>
      <w:tr w:rsidR="00510981" w14:paraId="239CCBDD" w14:textId="77777777" w:rsidTr="000F255B">
        <w:tc>
          <w:tcPr>
            <w:tcW w:w="1495" w:type="dxa"/>
          </w:tcPr>
          <w:p w14:paraId="3E8AECEE" w14:textId="77777777" w:rsidR="00510981" w:rsidRDefault="000F255B">
            <w:r>
              <w:t>Fábio André Gisch</w:t>
            </w:r>
          </w:p>
        </w:tc>
        <w:tc>
          <w:tcPr>
            <w:tcW w:w="2015" w:type="dxa"/>
          </w:tcPr>
          <w:p w14:paraId="72B02B18" w14:textId="77777777" w:rsidR="00510981" w:rsidRDefault="000F255B">
            <w:r>
              <w:t>Assessor Jurídico – Fabio Gisch Sociedade Individual de Advocacia EIRELI – ME</w:t>
            </w:r>
          </w:p>
        </w:tc>
        <w:tc>
          <w:tcPr>
            <w:tcW w:w="1560" w:type="dxa"/>
          </w:tcPr>
          <w:p w14:paraId="6B72203E" w14:textId="77777777" w:rsidR="00510981" w:rsidRDefault="000F255B">
            <w:r>
              <w:t>CONTRATO</w:t>
            </w:r>
          </w:p>
        </w:tc>
        <w:tc>
          <w:tcPr>
            <w:tcW w:w="2268" w:type="dxa"/>
          </w:tcPr>
          <w:p w14:paraId="144BD35A" w14:textId="77777777" w:rsidR="00510981" w:rsidRDefault="000F255B">
            <w:r>
              <w:t>04/09/2023</w:t>
            </w:r>
          </w:p>
        </w:tc>
        <w:tc>
          <w:tcPr>
            <w:tcW w:w="1559" w:type="dxa"/>
          </w:tcPr>
          <w:p w14:paraId="3BF7DBAB" w14:textId="77777777" w:rsidR="00510981" w:rsidRDefault="000F255B">
            <w:r>
              <w:t>-</w:t>
            </w:r>
          </w:p>
        </w:tc>
        <w:tc>
          <w:tcPr>
            <w:tcW w:w="1701" w:type="dxa"/>
          </w:tcPr>
          <w:p w14:paraId="2EB2FCE6" w14:textId="77777777" w:rsidR="00510981" w:rsidRDefault="000F255B">
            <w:r>
              <w:t>-</w:t>
            </w:r>
          </w:p>
        </w:tc>
      </w:tr>
      <w:tr w:rsidR="00510981" w14:paraId="77E5122A" w14:textId="77777777" w:rsidTr="000F255B">
        <w:tc>
          <w:tcPr>
            <w:tcW w:w="1495" w:type="dxa"/>
          </w:tcPr>
          <w:p w14:paraId="51459BA0" w14:textId="77777777" w:rsidR="00510981" w:rsidRDefault="000F255B">
            <w:r>
              <w:t>Cristiano Leandro Scherer</w:t>
            </w:r>
          </w:p>
        </w:tc>
        <w:tc>
          <w:tcPr>
            <w:tcW w:w="2015" w:type="dxa"/>
          </w:tcPr>
          <w:p w14:paraId="767027C2" w14:textId="77777777" w:rsidR="00510981" w:rsidRDefault="000F255B">
            <w:r>
              <w:t>Locação de Sala – CPF 573.771.110-20</w:t>
            </w:r>
          </w:p>
        </w:tc>
        <w:tc>
          <w:tcPr>
            <w:tcW w:w="1560" w:type="dxa"/>
          </w:tcPr>
          <w:p w14:paraId="47B22720" w14:textId="77777777" w:rsidR="00510981" w:rsidRDefault="000F255B">
            <w:r>
              <w:t>CONTRATO</w:t>
            </w:r>
          </w:p>
        </w:tc>
        <w:tc>
          <w:tcPr>
            <w:tcW w:w="2268" w:type="dxa"/>
          </w:tcPr>
          <w:p w14:paraId="1893D4F6" w14:textId="77777777" w:rsidR="00510981" w:rsidRDefault="000F255B">
            <w:r>
              <w:t>01/01/2021</w:t>
            </w:r>
          </w:p>
        </w:tc>
        <w:tc>
          <w:tcPr>
            <w:tcW w:w="1559" w:type="dxa"/>
          </w:tcPr>
          <w:p w14:paraId="7A5DAF24" w14:textId="77777777" w:rsidR="00510981" w:rsidRDefault="000F255B">
            <w:r>
              <w:t>-</w:t>
            </w:r>
          </w:p>
        </w:tc>
        <w:tc>
          <w:tcPr>
            <w:tcW w:w="1701" w:type="dxa"/>
          </w:tcPr>
          <w:p w14:paraId="7714E6BF" w14:textId="77777777" w:rsidR="00510981" w:rsidRDefault="000F255B">
            <w:r>
              <w:t>-</w:t>
            </w:r>
          </w:p>
        </w:tc>
      </w:tr>
      <w:tr w:rsidR="00510981" w14:paraId="56604CFF" w14:textId="77777777" w:rsidTr="000F255B">
        <w:tc>
          <w:tcPr>
            <w:tcW w:w="1495" w:type="dxa"/>
          </w:tcPr>
          <w:p w14:paraId="29F6BAF0" w14:textId="77777777" w:rsidR="00510981" w:rsidRDefault="000F255B">
            <w:r>
              <w:t>VISÃOI</w:t>
            </w:r>
          </w:p>
        </w:tc>
        <w:tc>
          <w:tcPr>
            <w:tcW w:w="2015" w:type="dxa"/>
          </w:tcPr>
          <w:p w14:paraId="796E4F64" w14:textId="77777777" w:rsidR="00510981" w:rsidRDefault="000F255B">
            <w:r>
              <w:t>VISÃOI Sistemas de Informática Ltda - ME</w:t>
            </w:r>
          </w:p>
        </w:tc>
        <w:tc>
          <w:tcPr>
            <w:tcW w:w="1560" w:type="dxa"/>
          </w:tcPr>
          <w:p w14:paraId="17E8B71A" w14:textId="77777777" w:rsidR="00510981" w:rsidRDefault="000F255B">
            <w:r>
              <w:t>CONTRATO</w:t>
            </w:r>
          </w:p>
        </w:tc>
        <w:tc>
          <w:tcPr>
            <w:tcW w:w="2268" w:type="dxa"/>
          </w:tcPr>
          <w:p w14:paraId="55C51904" w14:textId="77777777" w:rsidR="00510981" w:rsidRDefault="000F255B">
            <w:r>
              <w:t>01/06/2021</w:t>
            </w:r>
          </w:p>
        </w:tc>
        <w:tc>
          <w:tcPr>
            <w:tcW w:w="1559" w:type="dxa"/>
          </w:tcPr>
          <w:p w14:paraId="055D8D9E" w14:textId="77777777" w:rsidR="00510981" w:rsidRDefault="000F255B">
            <w:r>
              <w:t>-</w:t>
            </w:r>
          </w:p>
        </w:tc>
        <w:tc>
          <w:tcPr>
            <w:tcW w:w="1701" w:type="dxa"/>
          </w:tcPr>
          <w:p w14:paraId="710E8DBC" w14:textId="5AD96CAB" w:rsidR="00510981" w:rsidRDefault="00510981"/>
        </w:tc>
      </w:tr>
      <w:tr w:rsidR="00510981" w14:paraId="0E251F0E" w14:textId="77777777" w:rsidTr="000F255B">
        <w:tc>
          <w:tcPr>
            <w:tcW w:w="1495" w:type="dxa"/>
          </w:tcPr>
          <w:p w14:paraId="4776BB76" w14:textId="77777777" w:rsidR="00510981" w:rsidRDefault="000F255B">
            <w:r>
              <w:t>STEFANI AGÊNCIA DE NOTÍCIAS</w:t>
            </w:r>
          </w:p>
        </w:tc>
        <w:tc>
          <w:tcPr>
            <w:tcW w:w="2015" w:type="dxa"/>
          </w:tcPr>
          <w:p w14:paraId="31027C21" w14:textId="77777777" w:rsidR="00510981" w:rsidRDefault="000F255B">
            <w:r>
              <w:t>Stefani Agência de Notícias Ltda - ME</w:t>
            </w:r>
          </w:p>
        </w:tc>
        <w:tc>
          <w:tcPr>
            <w:tcW w:w="1560" w:type="dxa"/>
          </w:tcPr>
          <w:p w14:paraId="4760C4CC" w14:textId="77777777" w:rsidR="00510981" w:rsidRDefault="000F255B">
            <w:r>
              <w:t>CONTRATO</w:t>
            </w:r>
          </w:p>
        </w:tc>
        <w:tc>
          <w:tcPr>
            <w:tcW w:w="2268" w:type="dxa"/>
          </w:tcPr>
          <w:p w14:paraId="666A9289" w14:textId="10A04ACB" w:rsidR="00510981" w:rsidRDefault="000F255B">
            <w:r>
              <w:t>01/02/2026</w:t>
            </w:r>
          </w:p>
        </w:tc>
        <w:tc>
          <w:tcPr>
            <w:tcW w:w="1559" w:type="dxa"/>
          </w:tcPr>
          <w:p w14:paraId="2184761A" w14:textId="77777777" w:rsidR="00510981" w:rsidRDefault="000F255B">
            <w:r>
              <w:t>-</w:t>
            </w:r>
          </w:p>
        </w:tc>
        <w:tc>
          <w:tcPr>
            <w:tcW w:w="1701" w:type="dxa"/>
          </w:tcPr>
          <w:p w14:paraId="71B37F3C" w14:textId="77777777" w:rsidR="00510981" w:rsidRDefault="000F255B">
            <w:r>
              <w:t>-</w:t>
            </w:r>
          </w:p>
        </w:tc>
      </w:tr>
      <w:tr w:rsidR="00510981" w14:paraId="53A8128F" w14:textId="77777777" w:rsidTr="000F255B">
        <w:tc>
          <w:tcPr>
            <w:tcW w:w="1495" w:type="dxa"/>
          </w:tcPr>
          <w:p w14:paraId="4125121C" w14:textId="77777777" w:rsidR="00510981" w:rsidRDefault="000F255B">
            <w:r>
              <w:t>TECNOSWEB TECNOLOGIA DE GESTÃO</w:t>
            </w:r>
          </w:p>
        </w:tc>
        <w:tc>
          <w:tcPr>
            <w:tcW w:w="2015" w:type="dxa"/>
          </w:tcPr>
          <w:p w14:paraId="46349496" w14:textId="77777777" w:rsidR="00510981" w:rsidRDefault="000F255B">
            <w:r>
              <w:t>Tecnosweb Tecnologia de Gestão Ltda</w:t>
            </w:r>
          </w:p>
        </w:tc>
        <w:tc>
          <w:tcPr>
            <w:tcW w:w="1560" w:type="dxa"/>
          </w:tcPr>
          <w:p w14:paraId="6A352537" w14:textId="77777777" w:rsidR="00510981" w:rsidRDefault="000F255B">
            <w:r>
              <w:t>CONTRATO</w:t>
            </w:r>
          </w:p>
        </w:tc>
        <w:tc>
          <w:tcPr>
            <w:tcW w:w="2268" w:type="dxa"/>
          </w:tcPr>
          <w:p w14:paraId="13E1B04F" w14:textId="77777777" w:rsidR="00510981" w:rsidRDefault="000F255B">
            <w:r>
              <w:t>01/10/2024</w:t>
            </w:r>
          </w:p>
        </w:tc>
        <w:tc>
          <w:tcPr>
            <w:tcW w:w="1559" w:type="dxa"/>
          </w:tcPr>
          <w:p w14:paraId="54358DCE" w14:textId="77777777" w:rsidR="00510981" w:rsidRDefault="000F255B">
            <w:r>
              <w:t>-</w:t>
            </w:r>
          </w:p>
        </w:tc>
        <w:tc>
          <w:tcPr>
            <w:tcW w:w="1701" w:type="dxa"/>
          </w:tcPr>
          <w:p w14:paraId="258E0023" w14:textId="77777777" w:rsidR="00510981" w:rsidRDefault="000F255B">
            <w:r>
              <w:t>-</w:t>
            </w:r>
          </w:p>
        </w:tc>
      </w:tr>
    </w:tbl>
    <w:p w14:paraId="71DCDB9A" w14:textId="77777777" w:rsidR="000F255B" w:rsidRDefault="000F255B"/>
    <w:sectPr w:rsidR="00000000" w:rsidSect="000F255B">
      <w:headerReference w:type="default" r:id="rId8"/>
      <w:pgSz w:w="12240" w:h="15840"/>
      <w:pgMar w:top="11" w:right="720" w:bottom="720" w:left="720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391A2" w14:textId="77777777" w:rsidR="000F255B" w:rsidRDefault="000F255B" w:rsidP="000F255B">
      <w:pPr>
        <w:spacing w:after="0" w:line="240" w:lineRule="auto"/>
      </w:pPr>
      <w:r>
        <w:separator/>
      </w:r>
    </w:p>
  </w:endnote>
  <w:endnote w:type="continuationSeparator" w:id="0">
    <w:p w14:paraId="6C637084" w14:textId="77777777" w:rsidR="000F255B" w:rsidRDefault="000F255B" w:rsidP="000F2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40C41" w14:textId="77777777" w:rsidR="000F255B" w:rsidRDefault="000F255B" w:rsidP="000F255B">
      <w:pPr>
        <w:spacing w:after="0" w:line="240" w:lineRule="auto"/>
      </w:pPr>
      <w:r>
        <w:separator/>
      </w:r>
    </w:p>
  </w:footnote>
  <w:footnote w:type="continuationSeparator" w:id="0">
    <w:p w14:paraId="49715E29" w14:textId="77777777" w:rsidR="000F255B" w:rsidRDefault="000F255B" w:rsidP="000F2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7010F" w14:textId="6D8DBBD3" w:rsidR="000F255B" w:rsidRPr="000F255B" w:rsidRDefault="000F255B" w:rsidP="000F255B">
    <w:pPr>
      <w:pStyle w:val="Ttulo1"/>
      <w:jc w:val="center"/>
    </w:pPr>
    <w:r>
      <w:rPr>
        <w:noProof/>
        <w:lang w:val="pt-BR" w:eastAsia="pt-BR"/>
      </w:rPr>
      <w:drawing>
        <wp:anchor distT="0" distB="0" distL="114935" distR="114935" simplePos="0" relativeHeight="251658752" behindDoc="1" locked="0" layoutInCell="1" allowOverlap="1" wp14:anchorId="42BA0360" wp14:editId="75205CA1">
          <wp:simplePos x="0" y="0"/>
          <wp:positionH relativeFrom="column">
            <wp:posOffset>2518635</wp:posOffset>
          </wp:positionH>
          <wp:positionV relativeFrom="paragraph">
            <wp:posOffset>-354964</wp:posOffset>
          </wp:positionV>
          <wp:extent cx="549685" cy="590550"/>
          <wp:effectExtent l="0" t="0" r="3175" b="0"/>
          <wp:wrapNone/>
          <wp:docPr id="1300588826" name="Imagem 1300588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685" cy="590550"/>
                  </a:xfrm>
                  <a:prstGeom prst="rect">
                    <a:avLst/>
                  </a:prstGeom>
                  <a:blipFill dpi="0" rotWithShape="0">
                    <a:blip/>
                    <a:srcRect/>
                    <a:stretch>
                      <a:fillRect/>
                    </a:stretch>
                  </a:blip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255B">
      <w:rPr>
        <w:sz w:val="32"/>
        <w:szCs w:val="32"/>
      </w:rPr>
      <w:t>CÂMARA DE VEREADORES DE MARQUES DE SOUZA</w:t>
    </w:r>
  </w:p>
  <w:p w14:paraId="25406B0D" w14:textId="77777777" w:rsidR="000F255B" w:rsidRDefault="000F255B" w:rsidP="000F255B">
    <w:pPr>
      <w:spacing w:line="200" w:lineRule="atLeast"/>
      <w:jc w:val="center"/>
      <w:rPr>
        <w:rFonts w:ascii="Trebuchet MS" w:hAnsi="Trebuchet MS"/>
        <w:b/>
        <w:color w:val="000000"/>
        <w:sz w:val="16"/>
        <w:szCs w:val="16"/>
      </w:rPr>
    </w:pPr>
    <w:r>
      <w:rPr>
        <w:rFonts w:ascii="Trebuchet MS" w:hAnsi="Trebuchet MS"/>
        <w:b/>
        <w:color w:val="000000"/>
        <w:sz w:val="16"/>
        <w:szCs w:val="16"/>
      </w:rPr>
      <w:t xml:space="preserve">Rua Getúlio Vargas 937      Marques de Souza </w:t>
    </w:r>
    <w:proofErr w:type="gramStart"/>
    <w:r>
      <w:rPr>
        <w:rFonts w:ascii="Trebuchet MS" w:hAnsi="Trebuchet MS"/>
        <w:b/>
        <w:color w:val="000000"/>
        <w:sz w:val="16"/>
        <w:szCs w:val="16"/>
      </w:rPr>
      <w:t>-  RS</w:t>
    </w:r>
    <w:proofErr w:type="gramEnd"/>
    <w:r>
      <w:rPr>
        <w:rFonts w:ascii="Trebuchet MS" w:hAnsi="Trebuchet MS"/>
        <w:b/>
        <w:color w:val="000000"/>
        <w:sz w:val="16"/>
        <w:szCs w:val="16"/>
      </w:rPr>
      <w:t xml:space="preserve">      CEP 95923 000 </w:t>
    </w:r>
  </w:p>
  <w:p w14:paraId="335799F4" w14:textId="1FAE6032" w:rsidR="000F255B" w:rsidRPr="003C525A" w:rsidRDefault="000F255B" w:rsidP="000F255B">
    <w:pPr>
      <w:spacing w:line="200" w:lineRule="atLeast"/>
      <w:jc w:val="center"/>
      <w:rPr>
        <w:rFonts w:ascii="Trebuchet MS" w:hAnsi="Trebuchet MS"/>
        <w:b/>
        <w:bCs/>
        <w:color w:val="000080"/>
        <w:sz w:val="6"/>
        <w:szCs w:val="6"/>
        <w:u w:val="single"/>
      </w:rPr>
    </w:pPr>
    <w:hyperlink r:id="rId2" w:history="1">
      <w:r w:rsidRPr="00072E6A">
        <w:rPr>
          <w:rStyle w:val="Hyperlink"/>
          <w:rFonts w:ascii="Trebuchet MS" w:hAnsi="Trebuchet MS"/>
        </w:rPr>
        <w:t xml:space="preserve">Fone/FAX: (51) 3705 1171 - E-mail: </w:t>
      </w:r>
    </w:hyperlink>
    <w:hyperlink r:id="rId3" w:history="1">
      <w:r>
        <w:rPr>
          <w:rStyle w:val="Hyperlink"/>
          <w:rFonts w:ascii="Trebuchet MS" w:hAnsi="Trebuchet MS"/>
        </w:rPr>
        <w:t>camara@marques</w:t>
      </w:r>
    </w:hyperlink>
    <w:r>
      <w:rPr>
        <w:rStyle w:val="Hyperlink"/>
        <w:rFonts w:ascii="Trebuchet MS" w:hAnsi="Trebuchet MS"/>
        <w:b/>
        <w:bCs/>
      </w:rPr>
      <w:t>desouza.rs.gov.br</w:t>
    </w:r>
  </w:p>
  <w:p w14:paraId="3E27F3EC" w14:textId="77777777" w:rsidR="000F255B" w:rsidRDefault="000F255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35065991">
    <w:abstractNumId w:val="8"/>
  </w:num>
  <w:num w:numId="2" w16cid:durableId="2099521277">
    <w:abstractNumId w:val="6"/>
  </w:num>
  <w:num w:numId="3" w16cid:durableId="1911191918">
    <w:abstractNumId w:val="5"/>
  </w:num>
  <w:num w:numId="4" w16cid:durableId="959803158">
    <w:abstractNumId w:val="4"/>
  </w:num>
  <w:num w:numId="5" w16cid:durableId="2075201883">
    <w:abstractNumId w:val="7"/>
  </w:num>
  <w:num w:numId="6" w16cid:durableId="981272171">
    <w:abstractNumId w:val="3"/>
  </w:num>
  <w:num w:numId="7" w16cid:durableId="1804424179">
    <w:abstractNumId w:val="2"/>
  </w:num>
  <w:num w:numId="8" w16cid:durableId="2058969505">
    <w:abstractNumId w:val="1"/>
  </w:num>
  <w:num w:numId="9" w16cid:durableId="882181351">
    <w:abstractNumId w:val="0"/>
  </w:num>
  <w:num w:numId="10" w16cid:durableId="17791774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255B"/>
    <w:rsid w:val="0015074B"/>
    <w:rsid w:val="0029639D"/>
    <w:rsid w:val="00326F90"/>
    <w:rsid w:val="00510981"/>
    <w:rsid w:val="00AA1D8D"/>
    <w:rsid w:val="00B47730"/>
    <w:rsid w:val="00BE369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D879D7"/>
  <w14:defaultImageDpi w14:val="300"/>
  <w15:docId w15:val="{1FEA9F98-DA49-4A37-97BB-9C68D95F3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rsid w:val="000F255B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F2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mara@marques" TargetMode="External"/><Relationship Id="rId2" Type="http://schemas.openxmlformats.org/officeDocument/2006/relationships/hyperlink" Target="mailto:Fone/FAX:%20(51)%203705%201171%20-%20E-mail:%20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Giovana Busch</cp:lastModifiedBy>
  <cp:revision>2</cp:revision>
  <dcterms:created xsi:type="dcterms:W3CDTF">2026-07-03T18:30:00Z</dcterms:created>
  <dcterms:modified xsi:type="dcterms:W3CDTF">2026-07-03T18:30:00Z</dcterms:modified>
  <cp:category/>
</cp:coreProperties>
</file>